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26DB" w14:textId="080E64B1" w:rsidR="0046190C" w:rsidRPr="00327831" w:rsidRDefault="00327831" w:rsidP="00286D5B">
      <w:pPr>
        <w:spacing w:line="360" w:lineRule="auto"/>
        <w:contextualSpacing/>
        <w:mirrorIndents/>
        <w:jc w:val="center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令和</w:t>
      </w:r>
      <w:r w:rsidR="00BA62E1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８</w:t>
      </w:r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年度　山梨県ソフトテニス連盟中学部強化事業</w:t>
      </w:r>
      <w:r w:rsidRPr="00327831">
        <w:rPr>
          <w:rFonts w:asciiTheme="majorEastAsia" w:eastAsiaTheme="majorEastAsia" w:hAnsiTheme="majorEastAsia"/>
          <w:sz w:val="28"/>
          <w:szCs w:val="28"/>
          <w:lang w:eastAsia="ja-JP"/>
        </w:rPr>
        <w:br/>
      </w:r>
      <w:bookmarkStart w:id="0" w:name="_Hlk212118210"/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監督希望申請</w:t>
      </w:r>
      <w:r w:rsidR="0069508D">
        <w:rPr>
          <w:rFonts w:asciiTheme="majorEastAsia" w:eastAsiaTheme="majorEastAsia" w:hAnsiTheme="majorEastAsia" w:hint="eastAsia"/>
          <w:sz w:val="28"/>
          <w:szCs w:val="28"/>
          <w:lang w:eastAsia="ja-JP"/>
        </w:rPr>
        <w:t>書</w:t>
      </w:r>
      <w:bookmarkEnd w:id="0"/>
      <w:r w:rsidR="000A6E5C"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（自薦）　</w:t>
      </w:r>
      <w:r w:rsidR="00E73039">
        <w:rPr>
          <w:rFonts w:asciiTheme="majorEastAsia" w:eastAsiaTheme="majorEastAsia" w:hAnsiTheme="majorEastAsia" w:hint="eastAsia"/>
          <w:sz w:val="28"/>
          <w:szCs w:val="28"/>
          <w:lang w:eastAsia="ja-JP"/>
        </w:rPr>
        <w:t>様式</w:t>
      </w:r>
      <w:r w:rsidR="000A6E5C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１</w:t>
      </w:r>
    </w:p>
    <w:p w14:paraId="4A0FE95F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005B805F" w14:textId="4E8471D5" w:rsidR="0046190C" w:rsidRDefault="00327831" w:rsidP="00286D5B">
      <w:pPr>
        <w:spacing w:line="360" w:lineRule="auto"/>
        <w:contextualSpacing/>
        <w:mirrorIndents/>
      </w:pPr>
      <w:r>
        <w:rPr>
          <w:rFonts w:hint="eastAsia"/>
        </w:rPr>
        <w:t>１．　基本情報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741"/>
        <w:gridCol w:w="7432"/>
      </w:tblGrid>
      <w:tr w:rsidR="0046190C" w14:paraId="58997BD6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515863B3" w14:textId="543E2F01" w:rsidR="0046190C" w:rsidRDefault="002C5B10" w:rsidP="00286D5B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希望チーム</w:t>
            </w:r>
          </w:p>
        </w:tc>
        <w:tc>
          <w:tcPr>
            <w:tcW w:w="7432" w:type="dxa"/>
            <w:vAlign w:val="center"/>
          </w:tcPr>
          <w:p w14:paraId="46F5A3CB" w14:textId="24CDBC40" w:rsidR="0046190C" w:rsidRDefault="00327831" w:rsidP="00286D5B">
            <w:pPr>
              <w:spacing w:line="360" w:lineRule="auto"/>
              <w:ind w:firstLineChars="200" w:firstLine="440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  <w:r w:rsidR="002C5B10">
              <w:rPr>
                <w:rFonts w:hint="eastAsia"/>
                <w:lang w:eastAsia="ja-JP"/>
              </w:rPr>
              <w:t>男子監督　　・　　女子監督　　　　※複数選択可</w:t>
            </w:r>
          </w:p>
        </w:tc>
      </w:tr>
      <w:tr w:rsidR="002C5B10" w14:paraId="1128B881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13309976" w14:textId="36D61EB7" w:rsidR="002C5B10" w:rsidRDefault="002C5B10" w:rsidP="002C5B10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432" w:type="dxa"/>
            <w:vAlign w:val="center"/>
          </w:tcPr>
          <w:p w14:paraId="4A7BF9BE" w14:textId="0DE8533B" w:rsidR="002C5B10" w:rsidRDefault="002C5B10" w:rsidP="002C5B10">
            <w:pPr>
              <w:spacing w:line="360" w:lineRule="auto"/>
              <w:ind w:firstLineChars="200" w:firstLine="440"/>
              <w:contextualSpacing/>
              <w:mirrorIndents/>
              <w:rPr>
                <w:lang w:eastAsia="ja-JP"/>
              </w:rPr>
            </w:pPr>
          </w:p>
        </w:tc>
      </w:tr>
      <w:tr w:rsidR="002C5B10" w14:paraId="7B289159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623AF578" w14:textId="269DD0C2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432" w:type="dxa"/>
            <w:vAlign w:val="center"/>
          </w:tcPr>
          <w:p w14:paraId="0AE7D6D0" w14:textId="345B2BAF" w:rsidR="002C5B10" w:rsidRDefault="002C5B10" w:rsidP="002C5B10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5D6AFCE7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5E5CEE7A" w14:textId="0F5E5A9A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432" w:type="dxa"/>
            <w:vAlign w:val="center"/>
          </w:tcPr>
          <w:p w14:paraId="2E35B4EF" w14:textId="3A0FDF4B" w:rsidR="002C5B10" w:rsidRDefault="002C5B10" w:rsidP="002C5B10">
            <w:pPr>
              <w:spacing w:line="360" w:lineRule="auto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昭和　・　平成　　　年　　月　　日（　　　歳）</w:t>
            </w:r>
          </w:p>
        </w:tc>
      </w:tr>
      <w:tr w:rsidR="002C5B10" w14:paraId="4D3114DD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6C752014" w14:textId="2786B62F" w:rsidR="002C5B10" w:rsidRDefault="002C5B10" w:rsidP="002C5B10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>所属種別</w:t>
            </w:r>
          </w:p>
        </w:tc>
        <w:tc>
          <w:tcPr>
            <w:tcW w:w="7432" w:type="dxa"/>
          </w:tcPr>
          <w:p w14:paraId="733DAB17" w14:textId="77A96D70" w:rsidR="002C5B10" w:rsidRDefault="002C5B10" w:rsidP="002C5B10">
            <w:pPr>
              <w:spacing w:line="360" w:lineRule="auto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中学校</w:t>
            </w:r>
            <w:r w:rsidRPr="00702775">
              <w:rPr>
                <w:rFonts w:ascii="ＭＳ 明朝" w:hAnsi="ＭＳ 明朝" w:hint="eastAsia"/>
                <w:lang w:eastAsia="ja-JP"/>
              </w:rPr>
              <w:t>顧問または顧問経験者（教員または</w:t>
            </w:r>
            <w:r>
              <w:rPr>
                <w:rFonts w:ascii="ＭＳ 明朝" w:hAnsi="ＭＳ 明朝" w:hint="eastAsia"/>
                <w:lang w:eastAsia="ja-JP"/>
              </w:rPr>
              <w:t>現在</w:t>
            </w:r>
            <w:r w:rsidRPr="00702775">
              <w:rPr>
                <w:rFonts w:ascii="ＭＳ 明朝" w:hAnsi="ＭＳ 明朝" w:hint="eastAsia"/>
                <w:lang w:eastAsia="ja-JP"/>
              </w:rPr>
              <w:t>行政職に就いている者）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地域クラブ監督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・　部活動指導員　　・　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>外部指導員</w:t>
            </w:r>
          </w:p>
          <w:p w14:paraId="645C8A43" w14:textId="642AF842" w:rsidR="002C5B10" w:rsidRPr="002C5B10" w:rsidRDefault="002C5B10" w:rsidP="002C5B10">
            <w:pPr>
              <w:spacing w:line="360" w:lineRule="auto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その他（　　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）</w:t>
            </w:r>
          </w:p>
        </w:tc>
      </w:tr>
      <w:tr w:rsidR="002C5B10" w14:paraId="6B4DB250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6EFA4B08" w14:textId="1BDFA112" w:rsidR="002C5B10" w:rsidRDefault="002C5B10" w:rsidP="002C5B10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所属（学校・クラブ等）</w:t>
            </w:r>
          </w:p>
        </w:tc>
        <w:tc>
          <w:tcPr>
            <w:tcW w:w="7432" w:type="dxa"/>
            <w:vAlign w:val="center"/>
          </w:tcPr>
          <w:p w14:paraId="131D6F90" w14:textId="4593DCC0" w:rsidR="002C5B10" w:rsidRDefault="002C5B10" w:rsidP="002C5B10">
            <w:pPr>
              <w:spacing w:line="360" w:lineRule="auto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27B77137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1EBEA073" w14:textId="1B8E9D47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職業</w:t>
            </w:r>
            <w:r>
              <w:rPr>
                <w:rFonts w:hint="eastAsia"/>
                <w:lang w:eastAsia="ja-JP"/>
              </w:rPr>
              <w:t>（職場先）</w:t>
            </w:r>
          </w:p>
        </w:tc>
        <w:tc>
          <w:tcPr>
            <w:tcW w:w="7432" w:type="dxa"/>
            <w:vAlign w:val="center"/>
          </w:tcPr>
          <w:p w14:paraId="121E1926" w14:textId="54887D50" w:rsidR="002C5B10" w:rsidRDefault="002C5B10" w:rsidP="002C5B10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0E90F67A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437F1D7A" w14:textId="44FB3CD4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432" w:type="dxa"/>
            <w:vAlign w:val="center"/>
          </w:tcPr>
          <w:p w14:paraId="7E9AAAA2" w14:textId="32E3798B" w:rsidR="002C5B10" w:rsidRDefault="002C5B10" w:rsidP="002C5B10">
            <w:pPr>
              <w:spacing w:line="360" w:lineRule="auto"/>
              <w:contextualSpacing/>
              <w:mirrorIndents/>
            </w:pPr>
            <w:r>
              <w:rPr>
                <w:rFonts w:hint="eastAsia"/>
              </w:rPr>
              <w:t>〒</w:t>
            </w:r>
          </w:p>
        </w:tc>
      </w:tr>
      <w:tr w:rsidR="002C5B10" w14:paraId="48F8107A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6A4C4FE7" w14:textId="68B790F6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  <w:lang w:eastAsia="ja-JP"/>
              </w:rPr>
              <w:t>（携帯番号）</w:t>
            </w:r>
          </w:p>
        </w:tc>
        <w:tc>
          <w:tcPr>
            <w:tcW w:w="7432" w:type="dxa"/>
            <w:vAlign w:val="center"/>
          </w:tcPr>
          <w:p w14:paraId="0CA249DB" w14:textId="133C5A34" w:rsidR="002C5B10" w:rsidRDefault="002C5B10" w:rsidP="002C5B10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7956E8DB" w14:textId="77777777" w:rsidTr="002C5B10">
        <w:trPr>
          <w:trHeight w:val="428"/>
          <w:jc w:val="center"/>
        </w:trPr>
        <w:tc>
          <w:tcPr>
            <w:tcW w:w="2741" w:type="dxa"/>
            <w:vAlign w:val="center"/>
          </w:tcPr>
          <w:p w14:paraId="4580F5F8" w14:textId="1DEBD884" w:rsidR="002C5B10" w:rsidRDefault="002C5B10" w:rsidP="002C5B10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  <w:lang w:eastAsia="ja-JP"/>
              </w:rPr>
              <w:t>メールアドレス</w:t>
            </w:r>
          </w:p>
        </w:tc>
        <w:tc>
          <w:tcPr>
            <w:tcW w:w="7432" w:type="dxa"/>
            <w:vAlign w:val="center"/>
          </w:tcPr>
          <w:p w14:paraId="7F68FA4A" w14:textId="0D5D4533" w:rsidR="002C5B10" w:rsidRDefault="002C5B10" w:rsidP="002C5B10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</w:tbl>
    <w:p w14:paraId="101DAE9D" w14:textId="77777777" w:rsidR="00327831" w:rsidRDefault="00327831" w:rsidP="00286D5B">
      <w:pPr>
        <w:spacing w:line="360" w:lineRule="auto"/>
        <w:contextualSpacing/>
        <w:mirrorIndents/>
        <w:rPr>
          <w:lang w:eastAsia="ja-JP"/>
        </w:rPr>
      </w:pPr>
    </w:p>
    <w:p w14:paraId="3A263B07" w14:textId="77777777" w:rsidR="002C5B10" w:rsidRDefault="002C5B10" w:rsidP="00286D5B">
      <w:pPr>
        <w:spacing w:line="360" w:lineRule="auto"/>
        <w:contextualSpacing/>
        <w:mirrorIndents/>
        <w:rPr>
          <w:lang w:eastAsia="ja-JP"/>
        </w:rPr>
      </w:pPr>
    </w:p>
    <w:p w14:paraId="755BA589" w14:textId="0CFA1C84" w:rsidR="0046190C" w:rsidRDefault="00327831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２．　指導</w:t>
      </w:r>
      <w:r w:rsidR="0069508D">
        <w:rPr>
          <w:rFonts w:hint="eastAsia"/>
          <w:lang w:eastAsia="ja-JP"/>
        </w:rPr>
        <w:t>実績</w:t>
      </w:r>
    </w:p>
    <w:p w14:paraId="57EA674A" w14:textId="0D12802A" w:rsidR="0046190C" w:rsidRPr="00327831" w:rsidRDefault="00327831" w:rsidP="00286D5B">
      <w:pPr>
        <w:spacing w:line="360" w:lineRule="auto"/>
        <w:contextualSpacing/>
        <w:mirrorIndents/>
        <w:rPr>
          <w:u w:val="single"/>
          <w:lang w:eastAsia="ja-JP"/>
        </w:rPr>
      </w:pPr>
      <w:r w:rsidRPr="00327831">
        <w:rPr>
          <w:rFonts w:hint="eastAsia"/>
          <w:u w:val="single"/>
          <w:lang w:eastAsia="ja-JP"/>
        </w:rPr>
        <w:t>ソフトテニス指導歴（年数）：　　　　　　年</w:t>
      </w:r>
    </w:p>
    <w:p w14:paraId="568958B9" w14:textId="4878F62B" w:rsidR="0046190C" w:rsidRDefault="00327831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指導実績（学校・クラブ名、指導期間、主な成果等）：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286D5B" w14:paraId="252BC8C0" w14:textId="77777777" w:rsidTr="004952F5">
        <w:trPr>
          <w:trHeight w:val="2689"/>
        </w:trPr>
        <w:tc>
          <w:tcPr>
            <w:tcW w:w="10110" w:type="dxa"/>
          </w:tcPr>
          <w:p w14:paraId="27BBE764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6EA8C1FD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5B26FEDE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43CABAD8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5BDB4FCD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6DFCBEA0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1A2E9DB8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0E5331F5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3F9A7FF6" w14:textId="5EB4E4BD" w:rsidR="00286D5B" w:rsidRDefault="00286D5B" w:rsidP="00286D5B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</w:tbl>
    <w:p w14:paraId="25430AAD" w14:textId="5B3FFAC4" w:rsidR="004952F5" w:rsidRDefault="004952F5" w:rsidP="004952F5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lastRenderedPageBreak/>
        <w:t>３．　資格の有無（コーチング資格、審判資格等）　※資格の有効期限も記入すること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4952F5" w14:paraId="6690BF13" w14:textId="77777777" w:rsidTr="004952F5">
        <w:trPr>
          <w:trHeight w:val="1542"/>
        </w:trPr>
        <w:tc>
          <w:tcPr>
            <w:tcW w:w="10110" w:type="dxa"/>
          </w:tcPr>
          <w:p w14:paraId="03279D33" w14:textId="77777777" w:rsidR="004952F5" w:rsidRDefault="004952F5" w:rsidP="00170D73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21C651A5" w14:textId="77777777" w:rsidR="004952F5" w:rsidRDefault="004952F5" w:rsidP="00170D73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5036EF8C" w14:textId="77777777" w:rsidR="004952F5" w:rsidRDefault="004952F5" w:rsidP="00170D73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</w:tbl>
    <w:p w14:paraId="59FF2759" w14:textId="77777777" w:rsidR="004952F5" w:rsidRDefault="004952F5" w:rsidP="004952F5">
      <w:pPr>
        <w:spacing w:line="360" w:lineRule="auto"/>
        <w:contextualSpacing/>
        <w:mirrorIndents/>
        <w:rPr>
          <w:lang w:eastAsia="ja-JP"/>
        </w:rPr>
      </w:pPr>
    </w:p>
    <w:p w14:paraId="6B154458" w14:textId="77777777" w:rsidR="004952F5" w:rsidRDefault="004952F5" w:rsidP="00286D5B">
      <w:pPr>
        <w:spacing w:line="360" w:lineRule="auto"/>
        <w:contextualSpacing/>
        <w:mirrorIndents/>
        <w:rPr>
          <w:lang w:eastAsia="ja-JP"/>
        </w:rPr>
      </w:pPr>
    </w:p>
    <w:p w14:paraId="1813062E" w14:textId="04D40912" w:rsidR="0046190C" w:rsidRDefault="004952F5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４</w:t>
      </w:r>
      <w:r w:rsidR="00327831">
        <w:rPr>
          <w:rFonts w:hint="eastAsia"/>
          <w:lang w:eastAsia="ja-JP"/>
        </w:rPr>
        <w:t>．　志望動機</w:t>
      </w:r>
    </w:p>
    <w:p w14:paraId="2CE0D8D9" w14:textId="7CA77665" w:rsidR="0046190C" w:rsidRDefault="00327831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（本事業への応募理由、選手育成・競技発展に対する考え方、抱負などを記入）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286D5B" w14:paraId="2A549B0F" w14:textId="77777777" w:rsidTr="00A21322">
        <w:trPr>
          <w:trHeight w:val="2490"/>
        </w:trPr>
        <w:tc>
          <w:tcPr>
            <w:tcW w:w="10110" w:type="dxa"/>
          </w:tcPr>
          <w:p w14:paraId="7A3DBC9F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2D7A2164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415FB618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4B890EC0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15FF3CD7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223030F4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0FD99C7A" w14:textId="77777777" w:rsidR="00286D5B" w:rsidRDefault="00286D5B" w:rsidP="00286D5B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</w:tc>
      </w:tr>
    </w:tbl>
    <w:p w14:paraId="0ACD64C5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4A0F28F7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3E458DF4" w14:textId="584F5728" w:rsidR="0046190C" w:rsidRDefault="004952F5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５</w:t>
      </w:r>
      <w:r w:rsidR="00327831">
        <w:rPr>
          <w:rFonts w:hint="eastAsia"/>
          <w:lang w:eastAsia="ja-JP"/>
        </w:rPr>
        <w:t>．　健康状態</w:t>
      </w:r>
    </w:p>
    <w:p w14:paraId="0D63B158" w14:textId="1D64D747" w:rsidR="0046190C" w:rsidRDefault="00327831" w:rsidP="00286D5B">
      <w:pPr>
        <w:spacing w:line="360" w:lineRule="auto"/>
        <w:ind w:firstLineChars="200" w:firstLine="440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 xml:space="preserve">現在の健康状態：　</w:t>
      </w:r>
      <w:r w:rsidR="00286D5B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良好</w:t>
      </w:r>
      <w:r w:rsidR="00286D5B">
        <w:rPr>
          <w:rFonts w:hint="eastAsia"/>
          <w:lang w:eastAsia="ja-JP"/>
        </w:rPr>
        <w:t xml:space="preserve">　・　</w:t>
      </w:r>
      <w:r>
        <w:rPr>
          <w:rFonts w:hint="eastAsia"/>
          <w:lang w:eastAsia="ja-JP"/>
        </w:rPr>
        <w:t>その他（　　　　　　　　　　　　　　）</w:t>
      </w:r>
    </w:p>
    <w:p w14:paraId="57A55B84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17A470C8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44973F6E" w14:textId="27D289D7" w:rsidR="0046190C" w:rsidRDefault="004952F5" w:rsidP="00286D5B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６</w:t>
      </w:r>
      <w:r w:rsidR="00327831">
        <w:rPr>
          <w:rFonts w:hint="eastAsia"/>
          <w:lang w:eastAsia="ja-JP"/>
        </w:rPr>
        <w:t>．　承諾事項</w:t>
      </w:r>
    </w:p>
    <w:p w14:paraId="79693D38" w14:textId="16DBDBFE" w:rsidR="0046190C" w:rsidRDefault="00327831" w:rsidP="00286D5B">
      <w:pPr>
        <w:spacing w:line="360" w:lineRule="auto"/>
        <w:ind w:firstLineChars="100" w:firstLine="220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私は、「令和</w:t>
      </w:r>
      <w:r w:rsidR="003C729E">
        <w:rPr>
          <w:rFonts w:hint="eastAsia"/>
          <w:lang w:eastAsia="ja-JP"/>
        </w:rPr>
        <w:t>８</w:t>
      </w:r>
      <w:r>
        <w:rPr>
          <w:rFonts w:hint="eastAsia"/>
          <w:lang w:eastAsia="ja-JP"/>
        </w:rPr>
        <w:t>年度山梨県ソフトテニス連盟中学部強化事業実施要項」を確認し、内容を理解した上で、本申請を行います。</w:t>
      </w:r>
    </w:p>
    <w:p w14:paraId="30FEEAE3" w14:textId="03BFDEC2" w:rsidR="00286D5B" w:rsidRPr="00286D5B" w:rsidRDefault="00327831" w:rsidP="00286D5B">
      <w:pPr>
        <w:ind w:firstLineChars="300" w:firstLine="660"/>
        <w:rPr>
          <w:u w:val="single"/>
          <w:lang w:eastAsia="ja-JP"/>
        </w:rPr>
      </w:pPr>
      <w:r w:rsidRPr="00286D5B">
        <w:rPr>
          <w:rFonts w:hint="eastAsia"/>
          <w:u w:val="single"/>
        </w:rPr>
        <w:t xml:space="preserve">日付：　令和　</w:t>
      </w:r>
      <w:r w:rsidR="00286D5B"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>年</w:t>
      </w:r>
      <w:r w:rsidR="00286D5B"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 xml:space="preserve">　月</w:t>
      </w:r>
      <w:r w:rsidR="00286D5B"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 xml:space="preserve">　日</w:t>
      </w:r>
    </w:p>
    <w:p w14:paraId="248EE675" w14:textId="53666BF9" w:rsidR="0046190C" w:rsidRPr="00286D5B" w:rsidRDefault="006A2F06" w:rsidP="00286D5B">
      <w:pPr>
        <w:ind w:firstLineChars="2400" w:firstLine="5280"/>
        <w:rPr>
          <w:lang w:eastAsia="ja-JP"/>
        </w:rPr>
      </w:pPr>
      <w:r>
        <w:rPr>
          <w:rFonts w:hint="eastAsia"/>
          <w:lang w:eastAsia="ja-JP"/>
        </w:rPr>
        <w:t>氏名</w:t>
      </w:r>
      <w:r w:rsidR="00327831" w:rsidRPr="00286D5B">
        <w:rPr>
          <w:rFonts w:hint="eastAsia"/>
        </w:rPr>
        <w:t>：</w:t>
      </w:r>
      <w:r w:rsidR="00286D5B">
        <w:rPr>
          <w:rFonts w:hint="eastAsia"/>
          <w:lang w:eastAsia="ja-JP"/>
        </w:rPr>
        <w:t>（　　　　　　　　　　　　　）</w:t>
      </w:r>
    </w:p>
    <w:p w14:paraId="3612B8C5" w14:textId="77777777" w:rsidR="00286D5B" w:rsidRDefault="00286D5B" w:rsidP="00286D5B">
      <w:pPr>
        <w:spacing w:line="360" w:lineRule="auto"/>
        <w:contextualSpacing/>
        <w:mirrorIndents/>
        <w:rPr>
          <w:lang w:eastAsia="ja-JP"/>
        </w:rPr>
      </w:pPr>
    </w:p>
    <w:p w14:paraId="192BDB71" w14:textId="456DB3B7" w:rsidR="0046190C" w:rsidRDefault="004952F5" w:rsidP="00286D5B">
      <w:pPr>
        <w:spacing w:line="360" w:lineRule="auto"/>
        <w:contextualSpacing/>
        <w:mirrorIndents/>
      </w:pPr>
      <w:r>
        <w:rPr>
          <w:rFonts w:hint="eastAsia"/>
          <w:lang w:eastAsia="ja-JP"/>
        </w:rPr>
        <w:t>７</w:t>
      </w:r>
      <w:r w:rsidR="00327831">
        <w:rPr>
          <w:rFonts w:hint="eastAsia"/>
        </w:rPr>
        <w:t>．　提出方法</w:t>
      </w:r>
    </w:p>
    <w:p w14:paraId="665037DE" w14:textId="77777777" w:rsidR="00BA62E1" w:rsidRDefault="00BA62E1" w:rsidP="00BA62E1">
      <w:pPr>
        <w:spacing w:line="360" w:lineRule="auto"/>
        <w:ind w:firstLineChars="200" w:firstLine="440"/>
        <w:contextualSpacing/>
        <w:mirrorIndents/>
      </w:pPr>
      <w:r>
        <w:rPr>
          <w:rFonts w:hint="eastAsia"/>
        </w:rPr>
        <w:t>提出期間：令和</w:t>
      </w:r>
      <w:r>
        <w:rPr>
          <w:rFonts w:hint="eastAsia"/>
          <w:lang w:eastAsia="ja-JP"/>
        </w:rPr>
        <w:t>８</w:t>
      </w:r>
      <w:r>
        <w:rPr>
          <w:rFonts w:hint="eastAsia"/>
        </w:rPr>
        <w:t>年</w:t>
      </w:r>
      <w:r>
        <w:rPr>
          <w:rFonts w:hint="eastAsia"/>
          <w:lang w:eastAsia="ja-JP"/>
        </w:rPr>
        <w:t>８</w:t>
      </w:r>
      <w:r>
        <w:rPr>
          <w:rFonts w:hint="eastAsia"/>
        </w:rPr>
        <w:t>月</w:t>
      </w:r>
      <w:r>
        <w:rPr>
          <w:rFonts w:hint="eastAsia"/>
          <w:lang w:eastAsia="ja-JP"/>
        </w:rPr>
        <w:t>３</w:t>
      </w:r>
      <w:r>
        <w:rPr>
          <w:rFonts w:hint="eastAsia"/>
        </w:rPr>
        <w:t>日（月）～</w:t>
      </w:r>
      <w:r>
        <w:rPr>
          <w:rFonts w:hint="eastAsia"/>
          <w:lang w:eastAsia="ja-JP"/>
        </w:rPr>
        <w:t>８</w:t>
      </w:r>
      <w:r>
        <w:rPr>
          <w:rFonts w:hint="eastAsia"/>
        </w:rPr>
        <w:t>月</w:t>
      </w:r>
      <w:r>
        <w:rPr>
          <w:rFonts w:hint="eastAsia"/>
          <w:lang w:eastAsia="ja-JP"/>
        </w:rPr>
        <w:t>２１</w:t>
      </w:r>
      <w:r>
        <w:rPr>
          <w:rFonts w:hint="eastAsia"/>
        </w:rPr>
        <w:t>日（金）</w:t>
      </w:r>
    </w:p>
    <w:p w14:paraId="64AFD278" w14:textId="2B32B533" w:rsidR="0046190C" w:rsidRDefault="00327831" w:rsidP="00286D5B">
      <w:pPr>
        <w:spacing w:line="360" w:lineRule="auto"/>
        <w:ind w:firstLineChars="200" w:firstLine="440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提出先：メール（</w:t>
      </w:r>
      <w:r w:rsidR="00286D5B">
        <w:rPr>
          <w:rFonts w:hint="eastAsia"/>
          <w:lang w:eastAsia="ja-JP"/>
        </w:rPr>
        <w:t xml:space="preserve"> </w:t>
      </w:r>
      <w:hyperlink r:id="rId8" w:history="1">
        <w:r w:rsidR="00286D5B" w:rsidRPr="00C05DCF">
          <w:rPr>
            <w:rStyle w:val="aff"/>
            <w:lang w:eastAsia="ja-JP"/>
          </w:rPr>
          <w:t>mitsui0331@outlook.jp</w:t>
        </w:r>
      </w:hyperlink>
      <w:r w:rsidR="00286D5B"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）</w:t>
      </w:r>
    </w:p>
    <w:p w14:paraId="1C948D21" w14:textId="4F0D63E3" w:rsidR="00B55623" w:rsidRPr="00327831" w:rsidRDefault="00B55623" w:rsidP="00B55623">
      <w:pPr>
        <w:spacing w:line="360" w:lineRule="auto"/>
        <w:contextualSpacing/>
        <w:mirrorIndents/>
        <w:jc w:val="center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lastRenderedPageBreak/>
        <w:t>令和</w:t>
      </w:r>
      <w:r w:rsidR="00BA62E1">
        <w:rPr>
          <w:rFonts w:asciiTheme="majorEastAsia" w:eastAsiaTheme="majorEastAsia" w:hAnsiTheme="majorEastAsia" w:hint="eastAsia"/>
          <w:sz w:val="28"/>
          <w:szCs w:val="28"/>
          <w:lang w:eastAsia="ja-JP"/>
        </w:rPr>
        <w:t>８</w:t>
      </w:r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年度　山梨県ソフトテニス連盟中学部強化事業</w:t>
      </w:r>
      <w:r w:rsidRPr="00327831">
        <w:rPr>
          <w:rFonts w:asciiTheme="majorEastAsia" w:eastAsiaTheme="majorEastAsia" w:hAnsiTheme="majorEastAsia"/>
          <w:sz w:val="28"/>
          <w:szCs w:val="28"/>
          <w:lang w:eastAsia="ja-JP"/>
        </w:rPr>
        <w:br/>
      </w:r>
      <w:bookmarkStart w:id="1" w:name="_Hlk212118192"/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監督</w:t>
      </w:r>
      <w:r>
        <w:rPr>
          <w:rFonts w:asciiTheme="majorEastAsia" w:eastAsiaTheme="majorEastAsia" w:hAnsiTheme="majorEastAsia" w:hint="eastAsia"/>
          <w:sz w:val="28"/>
          <w:szCs w:val="28"/>
          <w:lang w:eastAsia="ja-JP"/>
        </w:rPr>
        <w:t>推薦</w:t>
      </w:r>
      <w:r w:rsidRPr="00327831">
        <w:rPr>
          <w:rFonts w:asciiTheme="majorEastAsia" w:eastAsiaTheme="majorEastAsia" w:hAnsiTheme="majorEastAsia" w:hint="eastAsia"/>
          <w:sz w:val="28"/>
          <w:szCs w:val="28"/>
          <w:lang w:eastAsia="ja-JP"/>
        </w:rPr>
        <w:t>申請書</w:t>
      </w:r>
      <w:bookmarkEnd w:id="1"/>
      <w:r>
        <w:rPr>
          <w:rFonts w:asciiTheme="majorEastAsia" w:eastAsiaTheme="majorEastAsia" w:hAnsiTheme="majorEastAsia" w:hint="eastAsia"/>
          <w:sz w:val="28"/>
          <w:szCs w:val="28"/>
          <w:lang w:eastAsia="ja-JP"/>
        </w:rPr>
        <w:t xml:space="preserve">（他薦）　</w:t>
      </w:r>
      <w:r w:rsidR="00E73039">
        <w:rPr>
          <w:rFonts w:asciiTheme="majorEastAsia" w:eastAsiaTheme="majorEastAsia" w:hAnsiTheme="majorEastAsia" w:hint="eastAsia"/>
          <w:sz w:val="28"/>
          <w:szCs w:val="28"/>
          <w:lang w:eastAsia="ja-JP"/>
        </w:rPr>
        <w:t>様式</w:t>
      </w:r>
      <w:r>
        <w:rPr>
          <w:rFonts w:asciiTheme="majorEastAsia" w:eastAsiaTheme="majorEastAsia" w:hAnsiTheme="majorEastAsia" w:hint="eastAsia"/>
          <w:sz w:val="28"/>
          <w:szCs w:val="28"/>
          <w:lang w:eastAsia="ja-JP"/>
        </w:rPr>
        <w:t>２</w:t>
      </w:r>
    </w:p>
    <w:p w14:paraId="218494C4" w14:textId="77777777" w:rsidR="001F6A7D" w:rsidRDefault="001F6A7D" w:rsidP="001F6A7D">
      <w:pPr>
        <w:spacing w:line="360" w:lineRule="auto"/>
        <w:contextualSpacing/>
        <w:mirrorIndents/>
        <w:rPr>
          <w:lang w:eastAsia="ja-JP"/>
        </w:rPr>
      </w:pPr>
    </w:p>
    <w:p w14:paraId="07C5ABC1" w14:textId="0CF25E00" w:rsidR="002C5B10" w:rsidRPr="002C5B10" w:rsidRDefault="00B55623" w:rsidP="002C5B10">
      <w:pPr>
        <w:pStyle w:val="ae"/>
        <w:numPr>
          <w:ilvl w:val="0"/>
          <w:numId w:val="10"/>
        </w:numPr>
        <w:spacing w:line="360" w:lineRule="auto"/>
        <w:mirrorIndents/>
        <w:rPr>
          <w:rFonts w:ascii="ＭＳ 明朝" w:eastAsia="ＭＳ 明朝" w:hAnsi="ＭＳ 明朝"/>
          <w:lang w:eastAsia="ja-JP"/>
        </w:rPr>
      </w:pPr>
      <w:r w:rsidRPr="002C5B10">
        <w:rPr>
          <w:rFonts w:ascii="ＭＳ 明朝" w:eastAsia="ＭＳ 明朝" w:hAnsi="ＭＳ 明朝" w:hint="eastAsia"/>
          <w:lang w:eastAsia="ja-JP"/>
        </w:rPr>
        <w:t>推薦対象者（被推薦者）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741"/>
        <w:gridCol w:w="7432"/>
      </w:tblGrid>
      <w:tr w:rsidR="002C5B10" w14:paraId="05E0EEBD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455AC69B" w14:textId="7B153222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  <w:lang w:eastAsia="ja-JP"/>
              </w:rPr>
              <w:t>推薦</w:t>
            </w:r>
            <w:r>
              <w:rPr>
                <w:rFonts w:hint="eastAsia"/>
              </w:rPr>
              <w:t>チーム</w:t>
            </w:r>
          </w:p>
        </w:tc>
        <w:tc>
          <w:tcPr>
            <w:tcW w:w="7432" w:type="dxa"/>
            <w:vAlign w:val="center"/>
          </w:tcPr>
          <w:p w14:paraId="46820AB0" w14:textId="77777777" w:rsidR="002C5B10" w:rsidRDefault="002C5B10" w:rsidP="007B3109">
            <w:pPr>
              <w:spacing w:line="360" w:lineRule="auto"/>
              <w:ind w:firstLineChars="200" w:firstLine="440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男子監督　　・　　女子監督　　　　※複数選択可</w:t>
            </w:r>
          </w:p>
        </w:tc>
      </w:tr>
      <w:tr w:rsidR="002C5B10" w14:paraId="5AB541C9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2133723F" w14:textId="77313BF5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432" w:type="dxa"/>
            <w:vAlign w:val="center"/>
          </w:tcPr>
          <w:p w14:paraId="4DB2AD75" w14:textId="77777777" w:rsidR="002C5B10" w:rsidRDefault="002C5B10" w:rsidP="006A2F06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  <w:tr w:rsidR="002C5B10" w14:paraId="573F15D5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76A9A584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432" w:type="dxa"/>
            <w:vAlign w:val="center"/>
          </w:tcPr>
          <w:p w14:paraId="653FAF90" w14:textId="0F324145" w:rsidR="002C5B10" w:rsidRDefault="002C5B10" w:rsidP="007B3109">
            <w:pPr>
              <w:spacing w:line="360" w:lineRule="auto"/>
              <w:contextualSpacing/>
              <w:mirrorIndents/>
            </w:pPr>
          </w:p>
        </w:tc>
      </w:tr>
      <w:tr w:rsidR="002C5B10" w14:paraId="18BA3154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2A356326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432" w:type="dxa"/>
            <w:vAlign w:val="center"/>
          </w:tcPr>
          <w:p w14:paraId="5D296951" w14:textId="77777777" w:rsidR="002C5B10" w:rsidRDefault="002C5B10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昭和　・　平成　　　年　　月　　日（　　　歳）</w:t>
            </w:r>
          </w:p>
        </w:tc>
      </w:tr>
      <w:tr w:rsidR="002C5B10" w14:paraId="32DCBD62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3A032262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>所属種別</w:t>
            </w:r>
          </w:p>
        </w:tc>
        <w:tc>
          <w:tcPr>
            <w:tcW w:w="7432" w:type="dxa"/>
          </w:tcPr>
          <w:p w14:paraId="254ACC4A" w14:textId="77777777" w:rsidR="002C5B10" w:rsidRDefault="002C5B10" w:rsidP="007B3109">
            <w:pPr>
              <w:spacing w:line="360" w:lineRule="auto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中学校</w:t>
            </w:r>
            <w:r w:rsidRPr="00702775">
              <w:rPr>
                <w:rFonts w:ascii="ＭＳ 明朝" w:hAnsi="ＭＳ 明朝" w:hint="eastAsia"/>
                <w:lang w:eastAsia="ja-JP"/>
              </w:rPr>
              <w:t>顧問または顧問経験者（教員または</w:t>
            </w:r>
            <w:r>
              <w:rPr>
                <w:rFonts w:ascii="ＭＳ 明朝" w:hAnsi="ＭＳ 明朝" w:hint="eastAsia"/>
                <w:lang w:eastAsia="ja-JP"/>
              </w:rPr>
              <w:t>現在</w:t>
            </w:r>
            <w:r w:rsidRPr="00702775">
              <w:rPr>
                <w:rFonts w:ascii="ＭＳ 明朝" w:hAnsi="ＭＳ 明朝" w:hint="eastAsia"/>
                <w:lang w:eastAsia="ja-JP"/>
              </w:rPr>
              <w:t>行政職に就いている者）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地域クラブ監督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・　部活動指導員　　・　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>外部指導員</w:t>
            </w:r>
          </w:p>
          <w:p w14:paraId="418BFFAF" w14:textId="77777777" w:rsidR="002C5B10" w:rsidRPr="002C5B10" w:rsidRDefault="002C5B10" w:rsidP="007B3109">
            <w:pPr>
              <w:spacing w:line="360" w:lineRule="auto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その他（　　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</w:t>
            </w: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）</w:t>
            </w:r>
          </w:p>
        </w:tc>
      </w:tr>
      <w:tr w:rsidR="002C5B10" w14:paraId="4716BE87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595A2627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所属（学校・クラブ等）</w:t>
            </w:r>
          </w:p>
        </w:tc>
        <w:tc>
          <w:tcPr>
            <w:tcW w:w="7432" w:type="dxa"/>
            <w:vAlign w:val="center"/>
          </w:tcPr>
          <w:p w14:paraId="72767FEE" w14:textId="77777777" w:rsidR="002C5B10" w:rsidRDefault="002C5B10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597930DA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4E981EA1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職業</w:t>
            </w:r>
            <w:r>
              <w:rPr>
                <w:rFonts w:hint="eastAsia"/>
                <w:lang w:eastAsia="ja-JP"/>
              </w:rPr>
              <w:t>（職場先）</w:t>
            </w:r>
          </w:p>
        </w:tc>
        <w:tc>
          <w:tcPr>
            <w:tcW w:w="7432" w:type="dxa"/>
            <w:vAlign w:val="center"/>
          </w:tcPr>
          <w:p w14:paraId="3CDBDB4F" w14:textId="77777777" w:rsidR="002C5B10" w:rsidRDefault="002C5B10" w:rsidP="007B3109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1F7FE18E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1953FC28" w14:textId="7D732263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432" w:type="dxa"/>
            <w:vAlign w:val="center"/>
          </w:tcPr>
          <w:p w14:paraId="45FD3FA8" w14:textId="77777777" w:rsidR="002C5B10" w:rsidRDefault="002C5B10" w:rsidP="007B3109">
            <w:pPr>
              <w:spacing w:line="360" w:lineRule="auto"/>
              <w:contextualSpacing/>
              <w:mirrorIndents/>
            </w:pPr>
            <w:r>
              <w:rPr>
                <w:rFonts w:hint="eastAsia"/>
              </w:rPr>
              <w:t>〒</w:t>
            </w:r>
          </w:p>
        </w:tc>
      </w:tr>
      <w:tr w:rsidR="002C5B10" w14:paraId="2B193E73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07FCD00B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  <w:lang w:eastAsia="ja-JP"/>
              </w:rPr>
              <w:t>（携帯番号）</w:t>
            </w:r>
          </w:p>
        </w:tc>
        <w:tc>
          <w:tcPr>
            <w:tcW w:w="7432" w:type="dxa"/>
            <w:vAlign w:val="center"/>
          </w:tcPr>
          <w:p w14:paraId="08C5E61B" w14:textId="77777777" w:rsidR="002C5B10" w:rsidRDefault="002C5B10" w:rsidP="007B3109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2C5B10" w14:paraId="0431BDE2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027D94CD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  <w:lang w:eastAsia="ja-JP"/>
              </w:rPr>
              <w:t>メールアドレス</w:t>
            </w:r>
          </w:p>
        </w:tc>
        <w:tc>
          <w:tcPr>
            <w:tcW w:w="7432" w:type="dxa"/>
            <w:vAlign w:val="center"/>
          </w:tcPr>
          <w:p w14:paraId="26C239D7" w14:textId="77777777" w:rsidR="002C5B10" w:rsidRDefault="002C5B10" w:rsidP="007B3109">
            <w:pPr>
              <w:spacing w:line="360" w:lineRule="auto"/>
              <w:contextualSpacing/>
              <w:mirrorIndents/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</w:tbl>
    <w:p w14:paraId="0BE82ADB" w14:textId="77777777" w:rsidR="002C5B10" w:rsidRPr="002C5B10" w:rsidRDefault="002C5B10" w:rsidP="002C5B10">
      <w:pPr>
        <w:spacing w:line="360" w:lineRule="auto"/>
        <w:mirrorIndents/>
        <w:rPr>
          <w:rFonts w:ascii="ＭＳ 明朝" w:eastAsia="ＭＳ 明朝" w:hAnsi="ＭＳ 明朝"/>
          <w:lang w:eastAsia="ja-JP"/>
        </w:rPr>
      </w:pPr>
    </w:p>
    <w:p w14:paraId="2216A73C" w14:textId="70F87A90" w:rsidR="00F43069" w:rsidRDefault="00F43069" w:rsidP="00F43069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２．　指導</w:t>
      </w:r>
      <w:r w:rsidR="0069508D">
        <w:rPr>
          <w:rFonts w:hint="eastAsia"/>
          <w:lang w:eastAsia="ja-JP"/>
        </w:rPr>
        <w:t>実績</w:t>
      </w:r>
      <w:r w:rsidR="006A2F06">
        <w:rPr>
          <w:rFonts w:hint="eastAsia"/>
          <w:lang w:eastAsia="ja-JP"/>
        </w:rPr>
        <w:t>・資格</w:t>
      </w:r>
    </w:p>
    <w:p w14:paraId="5A1A6E54" w14:textId="77777777" w:rsidR="00F43069" w:rsidRPr="00327831" w:rsidRDefault="00F43069" w:rsidP="00F43069">
      <w:pPr>
        <w:spacing w:line="360" w:lineRule="auto"/>
        <w:contextualSpacing/>
        <w:mirrorIndents/>
        <w:rPr>
          <w:u w:val="single"/>
          <w:lang w:eastAsia="ja-JP"/>
        </w:rPr>
      </w:pPr>
      <w:r w:rsidRPr="00327831">
        <w:rPr>
          <w:rFonts w:hint="eastAsia"/>
          <w:u w:val="single"/>
          <w:lang w:eastAsia="ja-JP"/>
        </w:rPr>
        <w:t>ソフトテニス指導歴（年数）：　　　　　　年</w:t>
      </w:r>
    </w:p>
    <w:p w14:paraId="4DB36C1C" w14:textId="77777777" w:rsidR="006A2F06" w:rsidRDefault="00F43069" w:rsidP="00F43069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指導実績（学校・クラブ名、指導期間、主な成果等）</w:t>
      </w:r>
    </w:p>
    <w:p w14:paraId="43077BEF" w14:textId="06F851DE" w:rsidR="00F43069" w:rsidRDefault="006A2F06" w:rsidP="00F43069">
      <w:pPr>
        <w:spacing w:line="360" w:lineRule="auto"/>
        <w:contextualSpacing/>
        <w:mirrorIndents/>
        <w:rPr>
          <w:lang w:eastAsia="ja-JP"/>
        </w:rPr>
      </w:pPr>
      <w:r>
        <w:rPr>
          <w:rFonts w:hint="eastAsia"/>
          <w:lang w:eastAsia="ja-JP"/>
        </w:rPr>
        <w:t>資格（コーチング資格、審判資格等）　※資格の有効期限も記入すること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F43069" w14:paraId="50ED1922" w14:textId="77777777" w:rsidTr="007B3109">
        <w:trPr>
          <w:trHeight w:val="2689"/>
        </w:trPr>
        <w:tc>
          <w:tcPr>
            <w:tcW w:w="10110" w:type="dxa"/>
          </w:tcPr>
          <w:p w14:paraId="112A5D7D" w14:textId="77777777" w:rsidR="00F43069" w:rsidRDefault="00F43069" w:rsidP="007B3109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495FC643" w14:textId="77777777" w:rsidR="00F43069" w:rsidRDefault="00F43069" w:rsidP="007B3109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56650B65" w14:textId="77777777" w:rsidR="00F43069" w:rsidRDefault="00F43069" w:rsidP="007B3109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7A45D04D" w14:textId="77777777" w:rsidR="00F43069" w:rsidRDefault="00F43069" w:rsidP="007B3109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5737514D" w14:textId="77777777" w:rsidR="00F43069" w:rsidRDefault="00F43069" w:rsidP="007B3109">
            <w:pPr>
              <w:spacing w:line="360" w:lineRule="auto"/>
              <w:ind w:left="45"/>
              <w:contextualSpacing/>
              <w:mirrorIndents/>
              <w:rPr>
                <w:lang w:eastAsia="ja-JP"/>
              </w:rPr>
            </w:pPr>
          </w:p>
          <w:p w14:paraId="31FA9078" w14:textId="77777777" w:rsidR="006A2F06" w:rsidRDefault="006A2F06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  <w:p w14:paraId="0036C9EC" w14:textId="77777777" w:rsidR="006A2F06" w:rsidRDefault="006A2F06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</w:tbl>
    <w:p w14:paraId="7FE4A021" w14:textId="77777777" w:rsidR="00F43069" w:rsidRDefault="00F43069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</w:p>
    <w:p w14:paraId="4CEE1726" w14:textId="6263B6B4" w:rsidR="00B55623" w:rsidRPr="00B55623" w:rsidRDefault="0069508D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lastRenderedPageBreak/>
        <w:t>３</w:t>
      </w:r>
      <w:r w:rsidR="00B55623" w:rsidRPr="00B55623">
        <w:rPr>
          <w:rFonts w:ascii="ＭＳ 明朝" w:eastAsia="ＭＳ 明朝" w:hAnsi="ＭＳ 明朝" w:hint="eastAsia"/>
          <w:lang w:eastAsia="ja-JP"/>
        </w:rPr>
        <w:t>．推薦理由</w:t>
      </w:r>
    </w:p>
    <w:p w14:paraId="54FA0790" w14:textId="77777777" w:rsidR="002C5B10" w:rsidRDefault="00B55623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  <w:r w:rsidRPr="00B55623">
        <w:rPr>
          <w:rFonts w:ascii="ＭＳ 明朝" w:eastAsia="ＭＳ 明朝" w:hAnsi="ＭＳ 明朝" w:hint="eastAsia"/>
          <w:lang w:eastAsia="ja-JP"/>
        </w:rPr>
        <w:t>推薦者が記入してください。</w:t>
      </w:r>
    </w:p>
    <w:p w14:paraId="64FADD6D" w14:textId="1620C052" w:rsidR="00B55623" w:rsidRPr="00B55623" w:rsidRDefault="00B55623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  <w:r w:rsidRPr="00B55623">
        <w:rPr>
          <w:rFonts w:ascii="ＭＳ 明朝" w:eastAsia="ＭＳ 明朝" w:hAnsi="ＭＳ 明朝" w:hint="eastAsia"/>
          <w:lang w:eastAsia="ja-JP"/>
        </w:rPr>
        <w:t>指導</w:t>
      </w:r>
      <w:r w:rsidR="0069508D">
        <w:rPr>
          <w:rFonts w:ascii="ＭＳ 明朝" w:eastAsia="ＭＳ 明朝" w:hAnsi="ＭＳ 明朝" w:hint="eastAsia"/>
          <w:lang w:eastAsia="ja-JP"/>
        </w:rPr>
        <w:t>方針</w:t>
      </w:r>
      <w:r w:rsidRPr="00B55623">
        <w:rPr>
          <w:rFonts w:ascii="ＭＳ 明朝" w:eastAsia="ＭＳ 明朝" w:hAnsi="ＭＳ 明朝" w:hint="eastAsia"/>
          <w:lang w:eastAsia="ja-JP"/>
        </w:rPr>
        <w:t>・</w:t>
      </w:r>
      <w:r w:rsidR="0069508D">
        <w:rPr>
          <w:rFonts w:ascii="ＭＳ 明朝" w:eastAsia="ＭＳ 明朝" w:hAnsi="ＭＳ 明朝" w:hint="eastAsia"/>
          <w:lang w:eastAsia="ja-JP"/>
        </w:rPr>
        <w:t>指導歴・</w:t>
      </w:r>
      <w:r w:rsidRPr="00B55623">
        <w:rPr>
          <w:rFonts w:ascii="ＭＳ 明朝" w:eastAsia="ＭＳ 明朝" w:hAnsi="ＭＳ 明朝" w:hint="eastAsia"/>
          <w:lang w:eastAsia="ja-JP"/>
        </w:rPr>
        <w:t>人間性・チーム運営能力・競技への理解</w:t>
      </w:r>
      <w:r w:rsidR="00F43069">
        <w:rPr>
          <w:rFonts w:ascii="ＭＳ 明朝" w:eastAsia="ＭＳ 明朝" w:hAnsi="ＭＳ 明朝" w:hint="eastAsia"/>
          <w:lang w:eastAsia="ja-JP"/>
        </w:rPr>
        <w:t>・健康状況</w:t>
      </w:r>
      <w:r w:rsidRPr="00B55623">
        <w:rPr>
          <w:rFonts w:ascii="ＭＳ 明朝" w:eastAsia="ＭＳ 明朝" w:hAnsi="ＭＳ 明朝" w:hint="eastAsia"/>
          <w:lang w:eastAsia="ja-JP"/>
        </w:rPr>
        <w:t>などを具体的に記入すること。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65"/>
      </w:tblGrid>
      <w:tr w:rsidR="002C5B10" w14:paraId="2D441F4B" w14:textId="77777777" w:rsidTr="002C5B10">
        <w:trPr>
          <w:trHeight w:val="2985"/>
        </w:trPr>
        <w:tc>
          <w:tcPr>
            <w:tcW w:w="10065" w:type="dxa"/>
          </w:tcPr>
          <w:p w14:paraId="29714242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7907B8C9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3848FCEB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631B8DA0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33150D31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49A7D104" w14:textId="77777777" w:rsidR="002C5B10" w:rsidRPr="00B55623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  <w:p w14:paraId="7466F7FA" w14:textId="15316509" w:rsidR="002C5B10" w:rsidRDefault="002C5B10" w:rsidP="002C5B10">
            <w:pPr>
              <w:spacing w:line="360" w:lineRule="auto"/>
              <w:ind w:left="-15"/>
              <w:contextualSpacing/>
              <w:mirrorIndents/>
              <w:rPr>
                <w:rFonts w:ascii="ＭＳ 明朝" w:eastAsia="ＭＳ 明朝" w:hAnsi="ＭＳ 明朝"/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14:paraId="0674EAD3" w14:textId="77777777" w:rsidR="00B55623" w:rsidRPr="00B55623" w:rsidRDefault="00B55623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  <w:r w:rsidRPr="00B55623">
        <w:rPr>
          <w:rFonts w:ascii="ＭＳ 明朝" w:eastAsia="ＭＳ 明朝" w:hAnsi="ＭＳ 明朝" w:hint="eastAsia"/>
          <w:lang w:eastAsia="ja-JP"/>
        </w:rPr>
        <w:t xml:space="preserve">　　　　　　　　　　　　　　　　　　　　　　　　　　　　　　　　　　　　　　　　　　　　　　</w:t>
      </w:r>
    </w:p>
    <w:p w14:paraId="59E5A683" w14:textId="2102A63A" w:rsidR="002C5B10" w:rsidRPr="0069508D" w:rsidRDefault="00B55623" w:rsidP="0069508D">
      <w:pPr>
        <w:pStyle w:val="ae"/>
        <w:numPr>
          <w:ilvl w:val="0"/>
          <w:numId w:val="12"/>
        </w:numPr>
        <w:spacing w:line="360" w:lineRule="auto"/>
        <w:mirrorIndents/>
        <w:rPr>
          <w:rFonts w:ascii="ＭＳ 明朝" w:eastAsia="ＭＳ 明朝" w:hAnsi="ＭＳ 明朝"/>
          <w:lang w:eastAsia="ja-JP"/>
        </w:rPr>
      </w:pPr>
      <w:r w:rsidRPr="0069508D">
        <w:rPr>
          <w:rFonts w:ascii="ＭＳ 明朝" w:eastAsia="ＭＳ 明朝" w:hAnsi="ＭＳ 明朝" w:hint="eastAsia"/>
          <w:lang w:eastAsia="ja-JP"/>
        </w:rPr>
        <w:t>推薦者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741"/>
        <w:gridCol w:w="7432"/>
      </w:tblGrid>
      <w:tr w:rsidR="002C5B10" w14:paraId="114A8625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5EE73D9B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432" w:type="dxa"/>
            <w:vAlign w:val="center"/>
          </w:tcPr>
          <w:p w14:paraId="683340D1" w14:textId="77777777" w:rsidR="002C5B10" w:rsidRDefault="002C5B10" w:rsidP="009C2076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  <w:tr w:rsidR="002C5B10" w14:paraId="5C4CBDE0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7308E259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432" w:type="dxa"/>
            <w:vAlign w:val="center"/>
          </w:tcPr>
          <w:p w14:paraId="36E07747" w14:textId="7E7F496E" w:rsidR="002C5B10" w:rsidRDefault="002C5B10" w:rsidP="007B3109">
            <w:pPr>
              <w:spacing w:line="360" w:lineRule="auto"/>
              <w:contextualSpacing/>
              <w:mirrorIndents/>
            </w:pPr>
          </w:p>
        </w:tc>
      </w:tr>
      <w:tr w:rsidR="002C5B10" w14:paraId="319721B7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2DCC6828" w14:textId="2C653023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所属</w:t>
            </w:r>
            <w:r w:rsidR="009C2076">
              <w:rPr>
                <w:rFonts w:hint="eastAsia"/>
                <w:lang w:eastAsia="ja-JP"/>
              </w:rPr>
              <w:t>・職業</w:t>
            </w:r>
          </w:p>
        </w:tc>
        <w:tc>
          <w:tcPr>
            <w:tcW w:w="7432" w:type="dxa"/>
            <w:vAlign w:val="center"/>
          </w:tcPr>
          <w:p w14:paraId="15C4950F" w14:textId="6586C6A3" w:rsidR="002C5B10" w:rsidRDefault="002C5B10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  <w:tr w:rsidR="002C5B10" w14:paraId="5EEB08A2" w14:textId="77777777" w:rsidTr="007B3109">
        <w:trPr>
          <w:trHeight w:val="428"/>
          <w:jc w:val="center"/>
        </w:trPr>
        <w:tc>
          <w:tcPr>
            <w:tcW w:w="2741" w:type="dxa"/>
            <w:vAlign w:val="center"/>
          </w:tcPr>
          <w:p w14:paraId="693F3CC5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  <w:lang w:eastAsia="ja-JP"/>
              </w:rPr>
              <w:t>（携帯番号）</w:t>
            </w:r>
          </w:p>
        </w:tc>
        <w:tc>
          <w:tcPr>
            <w:tcW w:w="7432" w:type="dxa"/>
            <w:vAlign w:val="center"/>
          </w:tcPr>
          <w:p w14:paraId="3A0B4F39" w14:textId="7DA95DF7" w:rsidR="002C5B10" w:rsidRDefault="002C5B10" w:rsidP="007B3109">
            <w:pPr>
              <w:spacing w:line="360" w:lineRule="auto"/>
              <w:contextualSpacing/>
              <w:mirrorIndents/>
            </w:pPr>
          </w:p>
        </w:tc>
      </w:tr>
      <w:tr w:rsidR="002C5B10" w14:paraId="433BB922" w14:textId="77777777" w:rsidTr="002C5B10">
        <w:trPr>
          <w:trHeight w:val="431"/>
          <w:jc w:val="center"/>
        </w:trPr>
        <w:tc>
          <w:tcPr>
            <w:tcW w:w="2741" w:type="dxa"/>
            <w:vAlign w:val="center"/>
          </w:tcPr>
          <w:p w14:paraId="79B72144" w14:textId="77777777" w:rsidR="002C5B10" w:rsidRDefault="002C5B10" w:rsidP="007B3109">
            <w:pPr>
              <w:spacing w:line="360" w:lineRule="auto"/>
              <w:contextualSpacing/>
              <w:mirrorIndents/>
              <w:jc w:val="center"/>
            </w:pPr>
            <w:r>
              <w:rPr>
                <w:rFonts w:hint="eastAsia"/>
                <w:lang w:eastAsia="ja-JP"/>
              </w:rPr>
              <w:t>メールアドレス</w:t>
            </w:r>
          </w:p>
        </w:tc>
        <w:tc>
          <w:tcPr>
            <w:tcW w:w="7432" w:type="dxa"/>
            <w:vAlign w:val="center"/>
          </w:tcPr>
          <w:p w14:paraId="0184158F" w14:textId="40F477EC" w:rsidR="002C5B10" w:rsidRDefault="002C5B10" w:rsidP="007B3109">
            <w:pPr>
              <w:spacing w:line="360" w:lineRule="auto"/>
              <w:contextualSpacing/>
              <w:mirrorIndents/>
            </w:pPr>
          </w:p>
        </w:tc>
      </w:tr>
      <w:tr w:rsidR="002C5B10" w14:paraId="58FD4561" w14:textId="77777777" w:rsidTr="002C5B10">
        <w:trPr>
          <w:trHeight w:val="396"/>
          <w:jc w:val="center"/>
        </w:trPr>
        <w:tc>
          <w:tcPr>
            <w:tcW w:w="2741" w:type="dxa"/>
            <w:vAlign w:val="center"/>
          </w:tcPr>
          <w:p w14:paraId="0A6743FB" w14:textId="252AC483" w:rsidR="002C5B10" w:rsidRDefault="002C5B10" w:rsidP="007B3109">
            <w:pPr>
              <w:spacing w:line="360" w:lineRule="auto"/>
              <w:contextualSpacing/>
              <w:mirrorIndents/>
              <w:jc w:val="center"/>
              <w:rPr>
                <w:lang w:eastAsia="ja-JP"/>
              </w:rPr>
            </w:pPr>
            <w:r w:rsidRPr="00B55623">
              <w:rPr>
                <w:rFonts w:ascii="ＭＳ 明朝" w:eastAsia="ＭＳ 明朝" w:hAnsi="ＭＳ 明朝" w:hint="eastAsia"/>
                <w:lang w:eastAsia="ja-JP"/>
              </w:rPr>
              <w:t>被推薦者との関係</w:t>
            </w:r>
          </w:p>
        </w:tc>
        <w:tc>
          <w:tcPr>
            <w:tcW w:w="7432" w:type="dxa"/>
            <w:vAlign w:val="center"/>
          </w:tcPr>
          <w:p w14:paraId="36A7A8A3" w14:textId="77777777" w:rsidR="002C5B10" w:rsidRDefault="002C5B10" w:rsidP="007B3109">
            <w:pPr>
              <w:spacing w:line="360" w:lineRule="auto"/>
              <w:contextualSpacing/>
              <w:mirrorIndents/>
              <w:rPr>
                <w:lang w:eastAsia="ja-JP"/>
              </w:rPr>
            </w:pPr>
          </w:p>
        </w:tc>
      </w:tr>
    </w:tbl>
    <w:p w14:paraId="3470792E" w14:textId="77777777" w:rsidR="002C5B10" w:rsidRPr="002C5B10" w:rsidRDefault="002C5B10" w:rsidP="002C5B10">
      <w:pPr>
        <w:spacing w:line="360" w:lineRule="auto"/>
        <w:mirrorIndents/>
        <w:rPr>
          <w:rFonts w:ascii="ＭＳ 明朝" w:eastAsia="ＭＳ 明朝" w:hAnsi="ＭＳ 明朝"/>
          <w:lang w:eastAsia="ja-JP"/>
        </w:rPr>
      </w:pPr>
    </w:p>
    <w:p w14:paraId="750F7F77" w14:textId="7B0D7225" w:rsidR="00B55623" w:rsidRPr="00B55623" w:rsidRDefault="0069508D" w:rsidP="00B55623">
      <w:pPr>
        <w:spacing w:line="360" w:lineRule="auto"/>
        <w:contextualSpacing/>
        <w:mirrorIndents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>５</w:t>
      </w:r>
      <w:r w:rsidR="00B55623" w:rsidRPr="00B55623">
        <w:rPr>
          <w:rFonts w:ascii="ＭＳ 明朝" w:eastAsia="ＭＳ 明朝" w:hAnsi="ＭＳ 明朝" w:hint="eastAsia"/>
          <w:lang w:eastAsia="ja-JP"/>
        </w:rPr>
        <w:t>．推薦対象者</w:t>
      </w:r>
      <w:r w:rsidR="006A2F06" w:rsidRPr="002C5B10">
        <w:rPr>
          <w:rFonts w:ascii="ＭＳ 明朝" w:eastAsia="ＭＳ 明朝" w:hAnsi="ＭＳ 明朝" w:hint="eastAsia"/>
          <w:lang w:eastAsia="ja-JP"/>
        </w:rPr>
        <w:t>（被推薦者）</w:t>
      </w:r>
      <w:r w:rsidR="00B55623" w:rsidRPr="00B55623">
        <w:rPr>
          <w:rFonts w:ascii="ＭＳ 明朝" w:eastAsia="ＭＳ 明朝" w:hAnsi="ＭＳ 明朝" w:hint="eastAsia"/>
          <w:lang w:eastAsia="ja-JP"/>
        </w:rPr>
        <w:t>の承諾</w:t>
      </w:r>
    </w:p>
    <w:p w14:paraId="6E99E5EC" w14:textId="30A7E944" w:rsidR="00B55623" w:rsidRDefault="00F43069" w:rsidP="00F43069">
      <w:pPr>
        <w:spacing w:line="360" w:lineRule="auto"/>
        <w:ind w:firstLineChars="200" w:firstLine="440"/>
        <w:contextualSpacing/>
        <w:mirrorIndents/>
        <w:rPr>
          <w:rFonts w:ascii="ＭＳ 明朝" w:eastAsia="ＭＳ 明朝" w:hAnsi="ＭＳ 明朝"/>
          <w:lang w:eastAsia="ja-JP"/>
        </w:rPr>
      </w:pPr>
      <w:r>
        <w:rPr>
          <w:rFonts w:ascii="ＭＳ 明朝" w:eastAsia="ＭＳ 明朝" w:hAnsi="ＭＳ 明朝" w:hint="eastAsia"/>
          <w:lang w:eastAsia="ja-JP"/>
        </w:rPr>
        <w:t>推薦対象者（被推薦者）は、</w:t>
      </w:r>
      <w:r w:rsidR="006A2F06">
        <w:rPr>
          <w:rFonts w:hint="eastAsia"/>
          <w:lang w:eastAsia="ja-JP"/>
        </w:rPr>
        <w:t>「令和</w:t>
      </w:r>
      <w:r w:rsidR="003C729E">
        <w:rPr>
          <w:rFonts w:hint="eastAsia"/>
          <w:lang w:eastAsia="ja-JP"/>
        </w:rPr>
        <w:t>８</w:t>
      </w:r>
      <w:r w:rsidR="006A2F06">
        <w:rPr>
          <w:rFonts w:hint="eastAsia"/>
          <w:lang w:eastAsia="ja-JP"/>
        </w:rPr>
        <w:t>年度山梨県ソフトテニス連盟中学部強化事業実施要項」を確認し、内容を理解した上で、</w:t>
      </w:r>
      <w:r w:rsidR="00B55623" w:rsidRPr="00B55623">
        <w:rPr>
          <w:rFonts w:ascii="ＭＳ 明朝" w:eastAsia="ＭＳ 明朝" w:hAnsi="ＭＳ 明朝" w:hint="eastAsia"/>
          <w:lang w:eastAsia="ja-JP"/>
        </w:rPr>
        <w:t>上記の内容で推薦を受けることに同意し</w:t>
      </w:r>
      <w:r>
        <w:rPr>
          <w:rFonts w:ascii="ＭＳ 明朝" w:eastAsia="ＭＳ 明朝" w:hAnsi="ＭＳ 明朝" w:hint="eastAsia"/>
          <w:lang w:eastAsia="ja-JP"/>
        </w:rPr>
        <w:t>ています。</w:t>
      </w:r>
    </w:p>
    <w:p w14:paraId="7872AB0C" w14:textId="77777777" w:rsidR="00F43069" w:rsidRPr="00286D5B" w:rsidRDefault="00F43069" w:rsidP="00F43069">
      <w:pPr>
        <w:ind w:firstLineChars="300" w:firstLine="660"/>
        <w:rPr>
          <w:u w:val="single"/>
          <w:lang w:eastAsia="ja-JP"/>
        </w:rPr>
      </w:pPr>
      <w:r w:rsidRPr="00286D5B">
        <w:rPr>
          <w:rFonts w:hint="eastAsia"/>
          <w:u w:val="single"/>
        </w:rPr>
        <w:t xml:space="preserve">日付：　令和　</w:t>
      </w:r>
      <w:r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>年</w:t>
      </w:r>
      <w:r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 xml:space="preserve">　月</w:t>
      </w:r>
      <w:r w:rsidRPr="00286D5B">
        <w:rPr>
          <w:rFonts w:hint="eastAsia"/>
          <w:u w:val="single"/>
          <w:lang w:eastAsia="ja-JP"/>
        </w:rPr>
        <w:t xml:space="preserve">　　</w:t>
      </w:r>
      <w:r w:rsidRPr="00286D5B">
        <w:rPr>
          <w:rFonts w:hint="eastAsia"/>
          <w:u w:val="single"/>
        </w:rPr>
        <w:t xml:space="preserve">　日</w:t>
      </w:r>
    </w:p>
    <w:p w14:paraId="6218DDA0" w14:textId="56B66D90" w:rsidR="00F43069" w:rsidRPr="00286D5B" w:rsidRDefault="00F43069" w:rsidP="00F43069">
      <w:pPr>
        <w:ind w:firstLineChars="2400" w:firstLine="5280"/>
        <w:rPr>
          <w:lang w:eastAsia="ja-JP"/>
        </w:rPr>
      </w:pPr>
      <w:r>
        <w:rPr>
          <w:rFonts w:hint="eastAsia"/>
          <w:lang w:eastAsia="ja-JP"/>
        </w:rPr>
        <w:t>推薦者</w:t>
      </w:r>
      <w:r w:rsidR="006A2F06">
        <w:rPr>
          <w:rFonts w:hint="eastAsia"/>
          <w:lang w:eastAsia="ja-JP"/>
        </w:rPr>
        <w:t>氏名</w:t>
      </w:r>
      <w:r w:rsidRPr="00286D5B">
        <w:rPr>
          <w:rFonts w:hint="eastAsia"/>
        </w:rPr>
        <w:t>：</w:t>
      </w:r>
      <w:r>
        <w:rPr>
          <w:rFonts w:hint="eastAsia"/>
          <w:lang w:eastAsia="ja-JP"/>
        </w:rPr>
        <w:t>（　　　　　　　　　　　　　）</w:t>
      </w:r>
    </w:p>
    <w:p w14:paraId="6CC57C2D" w14:textId="77777777" w:rsidR="00F43069" w:rsidRDefault="00F43069" w:rsidP="00F43069">
      <w:pPr>
        <w:spacing w:line="360" w:lineRule="auto"/>
        <w:contextualSpacing/>
        <w:mirrorIndents/>
        <w:rPr>
          <w:lang w:eastAsia="ja-JP"/>
        </w:rPr>
      </w:pPr>
    </w:p>
    <w:p w14:paraId="6F39BDF6" w14:textId="3E306CEA" w:rsidR="00F43069" w:rsidRDefault="0069508D" w:rsidP="00F43069">
      <w:pPr>
        <w:spacing w:line="360" w:lineRule="auto"/>
        <w:contextualSpacing/>
        <w:mirrorIndents/>
      </w:pPr>
      <w:r>
        <w:rPr>
          <w:rFonts w:hint="eastAsia"/>
          <w:lang w:eastAsia="ja-JP"/>
        </w:rPr>
        <w:t>６</w:t>
      </w:r>
      <w:r w:rsidR="00F43069">
        <w:rPr>
          <w:rFonts w:hint="eastAsia"/>
        </w:rPr>
        <w:t>．　提出方法</w:t>
      </w:r>
    </w:p>
    <w:p w14:paraId="15396AB3" w14:textId="48A23E7E" w:rsidR="00F43069" w:rsidRDefault="00F43069" w:rsidP="00F43069">
      <w:pPr>
        <w:spacing w:line="360" w:lineRule="auto"/>
        <w:ind w:firstLineChars="200" w:firstLine="440"/>
        <w:contextualSpacing/>
        <w:mirrorIndents/>
      </w:pPr>
      <w:r>
        <w:rPr>
          <w:rFonts w:hint="eastAsia"/>
        </w:rPr>
        <w:t>提出期間：令和</w:t>
      </w:r>
      <w:r w:rsidR="00BA62E1">
        <w:rPr>
          <w:rFonts w:hint="eastAsia"/>
          <w:lang w:eastAsia="ja-JP"/>
        </w:rPr>
        <w:t>８</w:t>
      </w:r>
      <w:r>
        <w:rPr>
          <w:rFonts w:hint="eastAsia"/>
        </w:rPr>
        <w:t>年</w:t>
      </w:r>
      <w:r w:rsidR="00BA62E1">
        <w:rPr>
          <w:rFonts w:hint="eastAsia"/>
          <w:lang w:eastAsia="ja-JP"/>
        </w:rPr>
        <w:t>８</w:t>
      </w:r>
      <w:r>
        <w:rPr>
          <w:rFonts w:hint="eastAsia"/>
        </w:rPr>
        <w:t>月</w:t>
      </w:r>
      <w:r w:rsidR="00BA62E1">
        <w:rPr>
          <w:rFonts w:hint="eastAsia"/>
          <w:lang w:eastAsia="ja-JP"/>
        </w:rPr>
        <w:t>３</w:t>
      </w:r>
      <w:r>
        <w:rPr>
          <w:rFonts w:hint="eastAsia"/>
        </w:rPr>
        <w:t>日（月）～</w:t>
      </w:r>
      <w:r w:rsidR="00BA62E1">
        <w:rPr>
          <w:rFonts w:hint="eastAsia"/>
          <w:lang w:eastAsia="ja-JP"/>
        </w:rPr>
        <w:t>８</w:t>
      </w:r>
      <w:r>
        <w:rPr>
          <w:rFonts w:hint="eastAsia"/>
        </w:rPr>
        <w:t>月</w:t>
      </w:r>
      <w:r w:rsidR="00BA62E1">
        <w:rPr>
          <w:rFonts w:hint="eastAsia"/>
          <w:lang w:eastAsia="ja-JP"/>
        </w:rPr>
        <w:t>２１</w:t>
      </w:r>
      <w:r>
        <w:rPr>
          <w:rFonts w:hint="eastAsia"/>
        </w:rPr>
        <w:t>日（金）</w:t>
      </w:r>
    </w:p>
    <w:p w14:paraId="56B6E009" w14:textId="01E20E0E" w:rsidR="001F6A7D" w:rsidRPr="00F43069" w:rsidRDefault="00F43069" w:rsidP="006A2F06">
      <w:pPr>
        <w:spacing w:line="360" w:lineRule="auto"/>
        <w:ind w:firstLineChars="200" w:firstLine="440"/>
        <w:contextualSpacing/>
        <w:mirrorIndents/>
        <w:rPr>
          <w:rFonts w:ascii="ＭＳ 明朝" w:eastAsia="ＭＳ 明朝" w:hAnsi="ＭＳ 明朝"/>
          <w:lang w:eastAsia="ja-JP"/>
        </w:rPr>
      </w:pPr>
      <w:r>
        <w:rPr>
          <w:rFonts w:hint="eastAsia"/>
          <w:lang w:eastAsia="ja-JP"/>
        </w:rPr>
        <w:t>提出先：メール（</w:t>
      </w:r>
      <w:r>
        <w:rPr>
          <w:rFonts w:hint="eastAsia"/>
          <w:lang w:eastAsia="ja-JP"/>
        </w:rPr>
        <w:t xml:space="preserve"> </w:t>
      </w:r>
      <w:hyperlink r:id="rId9" w:history="1">
        <w:r w:rsidRPr="00C05DCF">
          <w:rPr>
            <w:rStyle w:val="aff"/>
            <w:lang w:eastAsia="ja-JP"/>
          </w:rPr>
          <w:t>mitsui0331@outlook.jp</w:t>
        </w:r>
      </w:hyperlink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）</w:t>
      </w:r>
    </w:p>
    <w:sectPr w:rsidR="001F6A7D" w:rsidRPr="00F43069" w:rsidSect="00C407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8E0A" w14:textId="77777777" w:rsidR="00E8203D" w:rsidRDefault="00E8203D" w:rsidP="00286D5B">
      <w:pPr>
        <w:spacing w:after="0" w:line="240" w:lineRule="auto"/>
      </w:pPr>
      <w:r>
        <w:separator/>
      </w:r>
    </w:p>
  </w:endnote>
  <w:endnote w:type="continuationSeparator" w:id="0">
    <w:p w14:paraId="4075FD85" w14:textId="77777777" w:rsidR="00E8203D" w:rsidRDefault="00E8203D" w:rsidP="0028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4BB58" w14:textId="77777777" w:rsidR="00E8203D" w:rsidRDefault="00E8203D" w:rsidP="00286D5B">
      <w:pPr>
        <w:spacing w:after="0" w:line="240" w:lineRule="auto"/>
      </w:pPr>
      <w:r>
        <w:separator/>
      </w:r>
    </w:p>
  </w:footnote>
  <w:footnote w:type="continuationSeparator" w:id="0">
    <w:p w14:paraId="20BF5EAB" w14:textId="77777777" w:rsidR="00E8203D" w:rsidRDefault="00E8203D" w:rsidP="0028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AC292B"/>
    <w:multiLevelType w:val="hybridMultilevel"/>
    <w:tmpl w:val="4B148CA4"/>
    <w:lvl w:ilvl="0" w:tplc="BA1AFF6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5AE7601"/>
    <w:multiLevelType w:val="hybridMultilevel"/>
    <w:tmpl w:val="A38012A2"/>
    <w:lvl w:ilvl="0" w:tplc="BA1AFF6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5A58CC"/>
    <w:multiLevelType w:val="hybridMultilevel"/>
    <w:tmpl w:val="FDE878D6"/>
    <w:lvl w:ilvl="0" w:tplc="ADBA39B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92692678">
    <w:abstractNumId w:val="8"/>
  </w:num>
  <w:num w:numId="2" w16cid:durableId="183637920">
    <w:abstractNumId w:val="6"/>
  </w:num>
  <w:num w:numId="3" w16cid:durableId="696858734">
    <w:abstractNumId w:val="5"/>
  </w:num>
  <w:num w:numId="4" w16cid:durableId="525140081">
    <w:abstractNumId w:val="4"/>
  </w:num>
  <w:num w:numId="5" w16cid:durableId="1100178249">
    <w:abstractNumId w:val="7"/>
  </w:num>
  <w:num w:numId="6" w16cid:durableId="1171946625">
    <w:abstractNumId w:val="3"/>
  </w:num>
  <w:num w:numId="7" w16cid:durableId="56127925">
    <w:abstractNumId w:val="2"/>
  </w:num>
  <w:num w:numId="8" w16cid:durableId="149294562">
    <w:abstractNumId w:val="1"/>
  </w:num>
  <w:num w:numId="9" w16cid:durableId="1652178428">
    <w:abstractNumId w:val="0"/>
  </w:num>
  <w:num w:numId="10" w16cid:durableId="1175609015">
    <w:abstractNumId w:val="11"/>
  </w:num>
  <w:num w:numId="11" w16cid:durableId="828639435">
    <w:abstractNumId w:val="10"/>
  </w:num>
  <w:num w:numId="12" w16cid:durableId="1753770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E5C"/>
    <w:rsid w:val="0012694A"/>
    <w:rsid w:val="0015074B"/>
    <w:rsid w:val="00191109"/>
    <w:rsid w:val="001F6A7D"/>
    <w:rsid w:val="002516B7"/>
    <w:rsid w:val="00286D5B"/>
    <w:rsid w:val="0029639D"/>
    <w:rsid w:val="002C5B10"/>
    <w:rsid w:val="00326F90"/>
    <w:rsid w:val="00327831"/>
    <w:rsid w:val="003C729E"/>
    <w:rsid w:val="0046190C"/>
    <w:rsid w:val="004952F5"/>
    <w:rsid w:val="00610528"/>
    <w:rsid w:val="00611A4D"/>
    <w:rsid w:val="0069508D"/>
    <w:rsid w:val="006A2F06"/>
    <w:rsid w:val="00831780"/>
    <w:rsid w:val="00916F88"/>
    <w:rsid w:val="00947E15"/>
    <w:rsid w:val="009A617B"/>
    <w:rsid w:val="009C063D"/>
    <w:rsid w:val="009C2076"/>
    <w:rsid w:val="00AA1D8D"/>
    <w:rsid w:val="00B47730"/>
    <w:rsid w:val="00B55623"/>
    <w:rsid w:val="00BA62E1"/>
    <w:rsid w:val="00C40787"/>
    <w:rsid w:val="00CB0664"/>
    <w:rsid w:val="00CC1331"/>
    <w:rsid w:val="00E73039"/>
    <w:rsid w:val="00E8203D"/>
    <w:rsid w:val="00F430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F95BF"/>
  <w14:defaultImageDpi w14:val="300"/>
  <w15:docId w15:val="{49353194-36E4-4F06-B864-FAC2BBF1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286D5B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28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sui0331@outlook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tsui0331@outlook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三井　洋介(r060101)</cp:lastModifiedBy>
  <cp:revision>13</cp:revision>
  <cp:lastPrinted>2025-10-23T06:39:00Z</cp:lastPrinted>
  <dcterms:created xsi:type="dcterms:W3CDTF">2013-12-23T23:15:00Z</dcterms:created>
  <dcterms:modified xsi:type="dcterms:W3CDTF">2026-08-03T01:35:00Z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2025-09-16T21:25:22Z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f28cd0ab-49d3-46b0-bc12-3f7a761a5765</vt:lpwstr>
  </property>
  <property fmtid="{D5CDD505-2E9C-101B-9397-08002B2CF9AE}" pid="7" name="MSIP_Label_defa4170-0d19-0005-0004-bc88714345d2_ActionId">
    <vt:lpwstr>c9937c33-2d26-4493-876f-999a27fb038f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